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DF" w:rsidRDefault="002B1D6E">
      <w:pPr>
        <w:pStyle w:val="Title"/>
        <w:jc w:val="center"/>
      </w:pPr>
      <w:proofErr w:type="spellStart"/>
      <w:r>
        <w:t>Payal</w:t>
      </w:r>
      <w:proofErr w:type="spellEnd"/>
      <w:r>
        <w:t xml:space="preserve"> </w:t>
      </w:r>
      <w:proofErr w:type="spellStart"/>
      <w:r>
        <w:t>Shivaji</w:t>
      </w:r>
      <w:proofErr w:type="spellEnd"/>
      <w:r>
        <w:t xml:space="preserve"> </w:t>
      </w:r>
      <w:proofErr w:type="spellStart"/>
      <w:r>
        <w:t>Shende</w:t>
      </w:r>
      <w:proofErr w:type="spellEnd"/>
    </w:p>
    <w:p w:rsidR="005679DF" w:rsidRDefault="00AE475C">
      <w:pPr>
        <w:jc w:val="center"/>
      </w:pPr>
      <w:r>
        <w:rPr>
          <w:i/>
        </w:rPr>
        <w:t>📍</w:t>
      </w:r>
      <w:r>
        <w:rPr>
          <w:i/>
        </w:rPr>
        <w:t xml:space="preserve"> Bhandara, Maharashtra | </w:t>
      </w:r>
      <w:r>
        <w:rPr>
          <w:i/>
        </w:rPr>
        <w:t>📞</w:t>
      </w:r>
      <w:r w:rsidR="002B1D6E">
        <w:rPr>
          <w:i/>
        </w:rPr>
        <w:t xml:space="preserve"> +91-7745038868, 8080311488 </w:t>
      </w:r>
      <w:r>
        <w:rPr>
          <w:i/>
        </w:rPr>
        <w:t>✉</w:t>
      </w:r>
      <w:r>
        <w:rPr>
          <w:i/>
        </w:rPr>
        <w:t>️</w:t>
      </w:r>
      <w:r>
        <w:rPr>
          <w:i/>
        </w:rPr>
        <w:t xml:space="preserve"> payalbante@email.com</w:t>
      </w:r>
    </w:p>
    <w:p w:rsidR="005679DF" w:rsidRDefault="005679DF"/>
    <w:p w:rsidR="005679DF" w:rsidRDefault="00AE475C">
      <w:pPr>
        <w:pStyle w:val="Heading1"/>
      </w:pPr>
      <w:r>
        <w:t>Career Objective</w:t>
      </w:r>
    </w:p>
    <w:p w:rsidR="005679DF" w:rsidRDefault="00AE475C">
      <w:r>
        <w:t xml:space="preserve">A committed and detail-oriented pharmacy assistant with a Diploma in Pharmacy and hands-on experience in both hospital and medical store </w:t>
      </w:r>
      <w:r>
        <w:t>settings. Seeking a challenging role as a Medical Receptionist / Pharmacy Assistant where I can contribute to patient care and efficient healthcare operations.</w:t>
      </w:r>
    </w:p>
    <w:p w:rsidR="005679DF" w:rsidRDefault="00AE475C">
      <w:pPr>
        <w:pStyle w:val="Heading1"/>
      </w:pPr>
      <w:r>
        <w:t>Educational Background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679DF">
        <w:tc>
          <w:tcPr>
            <w:tcW w:w="2160" w:type="dxa"/>
          </w:tcPr>
          <w:p w:rsidR="005679DF" w:rsidRDefault="00AE475C">
            <w:r>
              <w:t>Qualification</w:t>
            </w:r>
          </w:p>
        </w:tc>
        <w:tc>
          <w:tcPr>
            <w:tcW w:w="2160" w:type="dxa"/>
          </w:tcPr>
          <w:p w:rsidR="005679DF" w:rsidRDefault="00AE475C">
            <w:r>
              <w:t>Board/University</w:t>
            </w:r>
          </w:p>
        </w:tc>
        <w:tc>
          <w:tcPr>
            <w:tcW w:w="2160" w:type="dxa"/>
          </w:tcPr>
          <w:p w:rsidR="005679DF" w:rsidRDefault="00AE475C">
            <w:r>
              <w:t>Year</w:t>
            </w:r>
          </w:p>
        </w:tc>
        <w:tc>
          <w:tcPr>
            <w:tcW w:w="2160" w:type="dxa"/>
          </w:tcPr>
          <w:p w:rsidR="005679DF" w:rsidRDefault="00AE475C">
            <w:r>
              <w:t>Result</w:t>
            </w:r>
          </w:p>
        </w:tc>
      </w:tr>
      <w:tr w:rsidR="005679DF">
        <w:tc>
          <w:tcPr>
            <w:tcW w:w="2160" w:type="dxa"/>
          </w:tcPr>
          <w:p w:rsidR="005679DF" w:rsidRDefault="00AE475C">
            <w:r>
              <w:t>D. Pharmacy</w:t>
            </w:r>
          </w:p>
        </w:tc>
        <w:tc>
          <w:tcPr>
            <w:tcW w:w="2160" w:type="dxa"/>
          </w:tcPr>
          <w:p w:rsidR="005679DF" w:rsidRDefault="00AE475C">
            <w:r>
              <w:t>MSBTE, Maharashtr</w:t>
            </w:r>
            <w:r>
              <w:t>a</w:t>
            </w:r>
          </w:p>
        </w:tc>
        <w:tc>
          <w:tcPr>
            <w:tcW w:w="2160" w:type="dxa"/>
          </w:tcPr>
          <w:p w:rsidR="005679DF" w:rsidRDefault="00AE475C">
            <w:r>
              <w:t>2024</w:t>
            </w:r>
          </w:p>
        </w:tc>
        <w:tc>
          <w:tcPr>
            <w:tcW w:w="2160" w:type="dxa"/>
          </w:tcPr>
          <w:p w:rsidR="005679DF" w:rsidRDefault="00AE475C">
            <w:r>
              <w:t>Passed</w:t>
            </w:r>
          </w:p>
        </w:tc>
      </w:tr>
      <w:tr w:rsidR="005679DF">
        <w:tc>
          <w:tcPr>
            <w:tcW w:w="2160" w:type="dxa"/>
          </w:tcPr>
          <w:p w:rsidR="005679DF" w:rsidRDefault="00AE475C">
            <w:r>
              <w:t>HSC (12th)</w:t>
            </w:r>
          </w:p>
        </w:tc>
        <w:tc>
          <w:tcPr>
            <w:tcW w:w="2160" w:type="dxa"/>
          </w:tcPr>
          <w:p w:rsidR="005679DF" w:rsidRDefault="00AE475C">
            <w:r>
              <w:t>Maharashtra State Board</w:t>
            </w:r>
          </w:p>
        </w:tc>
        <w:tc>
          <w:tcPr>
            <w:tcW w:w="2160" w:type="dxa"/>
          </w:tcPr>
          <w:p w:rsidR="005679DF" w:rsidRDefault="00AE475C">
            <w:r>
              <w:t>2021</w:t>
            </w:r>
          </w:p>
        </w:tc>
        <w:tc>
          <w:tcPr>
            <w:tcW w:w="2160" w:type="dxa"/>
          </w:tcPr>
          <w:p w:rsidR="005679DF" w:rsidRDefault="00AE475C">
            <w:r>
              <w:t>Passed</w:t>
            </w:r>
          </w:p>
        </w:tc>
      </w:tr>
      <w:tr w:rsidR="005679DF">
        <w:tc>
          <w:tcPr>
            <w:tcW w:w="2160" w:type="dxa"/>
          </w:tcPr>
          <w:p w:rsidR="005679DF" w:rsidRDefault="00AE475C">
            <w:r>
              <w:t>SSC (10th)</w:t>
            </w:r>
          </w:p>
        </w:tc>
        <w:tc>
          <w:tcPr>
            <w:tcW w:w="2160" w:type="dxa"/>
          </w:tcPr>
          <w:p w:rsidR="005679DF" w:rsidRDefault="00AE475C">
            <w:r>
              <w:t>Maharashtra State Board</w:t>
            </w:r>
          </w:p>
        </w:tc>
        <w:tc>
          <w:tcPr>
            <w:tcW w:w="2160" w:type="dxa"/>
          </w:tcPr>
          <w:p w:rsidR="005679DF" w:rsidRDefault="00AE475C">
            <w:r>
              <w:t>2019</w:t>
            </w:r>
          </w:p>
        </w:tc>
        <w:tc>
          <w:tcPr>
            <w:tcW w:w="2160" w:type="dxa"/>
          </w:tcPr>
          <w:p w:rsidR="005679DF" w:rsidRDefault="00AE475C">
            <w:r>
              <w:t>Passed</w:t>
            </w:r>
          </w:p>
        </w:tc>
      </w:tr>
    </w:tbl>
    <w:p w:rsidR="005679DF" w:rsidRDefault="00AE475C">
      <w:pPr>
        <w:pStyle w:val="Heading1"/>
      </w:pPr>
      <w:r>
        <w:t>Professional Experience</w:t>
      </w:r>
    </w:p>
    <w:p w:rsidR="005679DF" w:rsidRDefault="00AE475C">
      <w:r>
        <w:rPr>
          <w:b/>
        </w:rPr>
        <w:t>1. Shri Ganesh Hospital, Bhandara</w:t>
      </w:r>
    </w:p>
    <w:p w:rsidR="005679DF" w:rsidRDefault="00AE475C">
      <w:r>
        <w:t>Pharmacy Assistant &amp; Receptionist</w:t>
      </w:r>
      <w:r>
        <w:br/>
      </w:r>
      <w:r>
        <w:t>📅</w:t>
      </w:r>
      <w:r>
        <w:t xml:space="preserve"> Feb 2023 – Jan 2024</w:t>
      </w:r>
    </w:p>
    <w:p w:rsidR="005679DF" w:rsidRDefault="00AE475C">
      <w:r>
        <w:t xml:space="preserve">- Managed patient </w:t>
      </w:r>
      <w:r>
        <w:t>prescriptions and medicine inventory.</w:t>
      </w:r>
    </w:p>
    <w:p w:rsidR="005679DF" w:rsidRDefault="00AE475C">
      <w:r>
        <w:t>- Supported doctors with documentation and billing.</w:t>
      </w:r>
    </w:p>
    <w:p w:rsidR="005679DF" w:rsidRDefault="00AE475C">
      <w:r>
        <w:t>- Maintained cleanliness and organization in the dispensary.</w:t>
      </w:r>
    </w:p>
    <w:p w:rsidR="005679DF" w:rsidRDefault="00AE475C">
      <w:r>
        <w:rPr>
          <w:b/>
        </w:rPr>
        <w:t>2. Jai Medical, Bhandara</w:t>
      </w:r>
    </w:p>
    <w:p w:rsidR="005679DF" w:rsidRDefault="00AE475C">
      <w:r>
        <w:t>Pharmacy Sales Assistant</w:t>
      </w:r>
      <w:r>
        <w:br/>
      </w:r>
      <w:r>
        <w:t>📅</w:t>
      </w:r>
      <w:r>
        <w:t xml:space="preserve"> Jan 2022 – Jan 2023</w:t>
      </w:r>
    </w:p>
    <w:p w:rsidR="005679DF" w:rsidRDefault="00AE475C">
      <w:r>
        <w:t>- Dispensed over-the-counter med</w:t>
      </w:r>
      <w:r>
        <w:t>icines with proper guidance.</w:t>
      </w:r>
    </w:p>
    <w:p w:rsidR="005679DF" w:rsidRDefault="00AE475C">
      <w:r>
        <w:t>- Handled customer queries and maintained daily cash &amp; stock records.</w:t>
      </w:r>
    </w:p>
    <w:p w:rsidR="005679DF" w:rsidRDefault="00AE475C">
      <w:r>
        <w:t>- Ensured compliance with medical and ethical standards.</w:t>
      </w:r>
    </w:p>
    <w:p w:rsidR="005679DF" w:rsidRDefault="00AE475C">
      <w:pPr>
        <w:pStyle w:val="Heading1"/>
      </w:pPr>
      <w:r>
        <w:lastRenderedPageBreak/>
        <w:t>Skills</w:t>
      </w:r>
    </w:p>
    <w:p w:rsidR="005679DF" w:rsidRDefault="00AE475C">
      <w:pPr>
        <w:pStyle w:val="ListBullet"/>
      </w:pPr>
      <w:r>
        <w:t>• Dispensing &amp; Prescription Handling</w:t>
      </w:r>
    </w:p>
    <w:p w:rsidR="005679DF" w:rsidRDefault="00AE475C">
      <w:pPr>
        <w:pStyle w:val="ListBullet"/>
      </w:pPr>
      <w:r>
        <w:t>• Patient Communication</w:t>
      </w:r>
    </w:p>
    <w:p w:rsidR="005679DF" w:rsidRDefault="00AE475C">
      <w:pPr>
        <w:pStyle w:val="ListBullet"/>
      </w:pPr>
      <w:r>
        <w:t>• Pharmacy Inventory Management</w:t>
      </w:r>
    </w:p>
    <w:p w:rsidR="005679DF" w:rsidRDefault="00AE475C">
      <w:pPr>
        <w:pStyle w:val="ListBullet"/>
      </w:pPr>
      <w:r>
        <w:t>• Basic Billing &amp; Computer Operation</w:t>
      </w:r>
    </w:p>
    <w:p w:rsidR="005679DF" w:rsidRDefault="00AE475C">
      <w:pPr>
        <w:pStyle w:val="ListBullet"/>
      </w:pPr>
      <w:r>
        <w:t>• MS Office &amp; Digital Entry Skills</w:t>
      </w:r>
    </w:p>
    <w:p w:rsidR="005679DF" w:rsidRDefault="00AE475C">
      <w:pPr>
        <w:pStyle w:val="ListBullet"/>
      </w:pPr>
      <w:r>
        <w:t>• Fluent in Marathi, Hindi, and Basic English</w:t>
      </w:r>
    </w:p>
    <w:p w:rsidR="005679DF" w:rsidRDefault="00AE475C">
      <w:pPr>
        <w:pStyle w:val="Heading1"/>
      </w:pPr>
      <w:r>
        <w:t>Strengths</w:t>
      </w:r>
    </w:p>
    <w:p w:rsidR="005679DF" w:rsidRDefault="00AE475C">
      <w:pPr>
        <w:pStyle w:val="ListBullet"/>
      </w:pPr>
      <w:r>
        <w:t>• Trustworthy and Responsible</w:t>
      </w:r>
    </w:p>
    <w:p w:rsidR="005679DF" w:rsidRDefault="00AE475C">
      <w:pPr>
        <w:pStyle w:val="ListBullet"/>
      </w:pPr>
      <w:r>
        <w:t>• Excellent Time Management</w:t>
      </w:r>
    </w:p>
    <w:p w:rsidR="005679DF" w:rsidRDefault="00AE475C">
      <w:pPr>
        <w:pStyle w:val="ListBullet"/>
      </w:pPr>
      <w:r>
        <w:t>• Good Memory &amp; Product Knowledge</w:t>
      </w:r>
    </w:p>
    <w:p w:rsidR="005679DF" w:rsidRDefault="00AE475C">
      <w:pPr>
        <w:pStyle w:val="ListBullet"/>
      </w:pPr>
      <w:r>
        <w:t>• Calm under pressure</w:t>
      </w:r>
    </w:p>
    <w:p w:rsidR="005679DF" w:rsidRDefault="00AE475C">
      <w:pPr>
        <w:pStyle w:val="ListBullet"/>
      </w:pPr>
      <w:r>
        <w:t>• Teamwork and</w:t>
      </w:r>
      <w:r>
        <w:t xml:space="preserve"> Punctuality</w:t>
      </w:r>
    </w:p>
    <w:p w:rsidR="005679DF" w:rsidRDefault="00AE475C">
      <w:pPr>
        <w:pStyle w:val="Heading1"/>
      </w:pPr>
      <w:r>
        <w:t>Declaration</w:t>
      </w:r>
    </w:p>
    <w:p w:rsidR="005679DF" w:rsidRDefault="00AE475C">
      <w:r>
        <w:t>I hereby declare that the above information is true and correct to the best of my knowledge and belief.</w:t>
      </w:r>
    </w:p>
    <w:p w:rsidR="005679DF" w:rsidRDefault="00AE475C">
      <w:r>
        <w:t>Date:</w:t>
      </w:r>
    </w:p>
    <w:p w:rsidR="005679DF" w:rsidRDefault="00AE475C">
      <w:r>
        <w:t>Place: Bhandara</w:t>
      </w:r>
    </w:p>
    <w:p w:rsidR="005679DF" w:rsidRDefault="002B1D6E">
      <w:r>
        <w:t xml:space="preserve">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</w:t>
      </w:r>
      <w:r w:rsidR="00AE475C">
        <w:t>Signature:</w:t>
      </w:r>
    </w:p>
    <w:p w:rsidR="002B1D6E" w:rsidRDefault="002B1D6E"/>
    <w:p w:rsidR="005679DF" w:rsidRDefault="002B1D6E">
      <w:r>
        <w:t xml:space="preserve">                                                                                                                                       (</w:t>
      </w:r>
      <w:proofErr w:type="spellStart"/>
      <w:r>
        <w:t>Payal</w:t>
      </w:r>
      <w:proofErr w:type="spellEnd"/>
      <w:r>
        <w:t xml:space="preserve"> </w:t>
      </w:r>
      <w:proofErr w:type="spellStart"/>
      <w:r>
        <w:t>Shivaji</w:t>
      </w:r>
      <w:proofErr w:type="spellEnd"/>
      <w:r>
        <w:t xml:space="preserve"> </w:t>
      </w:r>
      <w:proofErr w:type="spellStart"/>
      <w:r>
        <w:t>Shende</w:t>
      </w:r>
      <w:proofErr w:type="spellEnd"/>
      <w:r w:rsidR="00AE475C">
        <w:t>)</w:t>
      </w:r>
    </w:p>
    <w:sectPr w:rsidR="005679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B1D6E"/>
    <w:rsid w:val="00326F90"/>
    <w:rsid w:val="005679DF"/>
    <w:rsid w:val="00AA1D8D"/>
    <w:rsid w:val="00AE475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B30268-8AD1-4513-AF00-75170CA2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2025-06-02T14:15:00Z</dcterms:created>
  <dcterms:modified xsi:type="dcterms:W3CDTF">2025-06-02T14:15:00Z</dcterms:modified>
</cp:coreProperties>
</file>